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סיפורו ומנהגיו של חג הסיגד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ואוצר מילים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מיומנויות דקדוק: חלקי דיבר, התאמה וסמיכות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חמישים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השתחוות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הר סיני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ספרי התורה הכתובים בגעז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הקסים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הטקסט מציין שהוא חג רשמי של המדינה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האורית כתובה בגעז, ומתורגמת לאמהרית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מוזכר בטקסט על העלייה להר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כיום רוב הקהילה חיה בישראל והחג ממשיך 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מוגדר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חמישים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געז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סיני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טיילת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(מנהיגים רוחניים של הקהילה)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(ספרי התורה הכתובים בגעז)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(השפה המדוברת של הקהילה)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(מרכז התפילה בחג)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(ערך שמסמלת נשיאת האבן)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מהלך 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בני הקהילה יצאו מהכפרים לבושים בבגדים לבנים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הם עלו יחד אל פסגת ההר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הקסים קראו מהאורית ותרגמו אותה לאמהרית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הקהל צם, התפלל וביקש סליחה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לקראת ערב ירדו מההר ושברו את הצום בסעודה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תזכיר לפחות שניים מהערכים: קהילה, זיכרון, כבוד, תקווה, ותסביר בקצרה את חשיבות שמירת המסורת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חמישים יום אחרי יום הכיפורים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את הר סיני ומתן תורה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קהילה, זיכרון, כבוד או תקווה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ההקראות בכיתה לפני התרגול הכתוב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לחבר בין תרגילי הדקדוק לדוגמאות מהטקסט עצמו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תלמידים לשתף חוויות או שאלות אישיות על מסורות משפחתיות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נלמד על חג הסיגד, מסורתה של קהילת ביתא ישראל, ונתרגל הבנה, אוצר מילים ודקדוק מתוך הטקסטים שקראנו.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קהילת ביתא ישראל חוגגת את חג הסיגד בכ״ט ב...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כסלו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חג הסיגד חל כמה ימים אחרי יום הכיפורים?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ארבעים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חמישים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השם 'סיגד' קשור למילה שמשמעותה...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השתחוות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לפי המסורת, ההר שעליו מתכנסים מסמל את...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 הכרמל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 סיני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 תבור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הר געש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האורית היא...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שיר עתיק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ספרי התורה הכתובים בגעז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של 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 בגד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מי מתרגם את הקריאה מגעז לאמהרית?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התיירים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הנשים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הסיגד הוא חג רשמי במדינת ישראל.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האורית כתובה בשפה האמהרית.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בחג נושאים אבן כסימן של ענווה וחרטה.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כיום החג נחגג רק באתיופיה ולא בישראל.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הקסים הם מנהיגים רוחניים של הקהילה.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סיגד חל __________ יום אחרי יום הכיפורים.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בחג מחדשים את ה__________ בין העם לתורה.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האורית כתובה בשפת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ההר מסמל את הר __________ שעליו ניתנה התורה.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היום מתכנסים על __________ גבוהה בירושלים.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קסים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מרכז התפילה בחג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אורית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מנהיגים רוחניים של הקהילה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אמהרית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ערך שמסמלת נשיאת האבן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געגוע לירושלים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ספרי התורה הכתובים בגעז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ענווה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השפה המדוברת של הקהילה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מהלך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הקסים קראו מהאורית ותרגמו אותה לאמהרית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בני הקהילה יצאו מהכפרים לבושים בבגדים לבנים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הקהל צם, התפלל וביקש סליחה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לקראת ערב ירדו מההר ושברו את הצום בסעודה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הם עלו יחד אל פסגת ההר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3-4 משפטים: אילו ערכים חג הסיגד מלמד אותנו, ולמה חשוב לדעתכם לשמור על מסורות גם במקום חדש?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חל חג הסיגד ביחס ליום הכיפורים?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מסמל ההר שעליו מתכנסים?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ערך אחד שהחג מלמד אותנו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 הסיגד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