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ומנהגיו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דקדוק: חלקי דיבר, התאמה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שהוא חג רשמי של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בגעז, ומתורגמת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 על העלייה להר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(מנהיגים רוחניים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(ספרי התורה הכתובים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(השפה המדוברת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(מרכז התפילה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יצאו מהכפרים לבושים בבגדים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עלו יחד אל פסגת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קראו מהאורית ותרגמו אותה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הקהל צם, התפלל וביקש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הר סיני ומתן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קהילה, זיכרון, כבוד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תרגילי הדקדוק לדוגמאות מהטקסט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חוויות או שאלות אישיות על מסורות משפחתיות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חג הסיגד, מסורתה של קהילת ביתא ישראל, ונתרגל הבנה, אוצר מילים ודקדוק מתוך הטקסטים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ברית  ·  חמישים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קהילת ביתא ישראל חוגגת את חג הסיגד בכ״ט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המסורת, ההר שעליו מתכנסים מסמל 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תבור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כתובה בשפה האמהרית.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נושאים אבן כסימן של ענווה וחרטה.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מחדשים את ה__________ בין העם לתורה.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מרכז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השפה המדוברת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מנהיגים רוחניים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 התורה הכתובים בגעז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הקהל צם, התפלל וביקש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הקהילה יצאו מהכפרים לבושים בבגדים לבנים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עלו יחד אל פסגת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קראו מהאורית ותרגמו אותה לאמהרית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 ביחס ליום הכיפורים?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 ההר שעליו מתכנסים?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